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83EF5" w14:textId="77777777" w:rsidR="000C5AEF" w:rsidRPr="000C5AEF" w:rsidRDefault="000C5AEF" w:rsidP="000C5AEF">
      <w:pPr>
        <w:pStyle w:val="Heading1"/>
        <w:jc w:val="center"/>
        <w:rPr>
          <w:color w:val="000000" w:themeColor="text1"/>
          <w:sz w:val="36"/>
          <w:szCs w:val="36"/>
        </w:rPr>
      </w:pPr>
      <w:r w:rsidRPr="000C5AEF">
        <w:rPr>
          <w:color w:val="000000" w:themeColor="text1"/>
          <w:sz w:val="36"/>
          <w:szCs w:val="36"/>
        </w:rPr>
        <w:t>ISHAR JYOT DEGREE COLLEGE FOR WOMEN, PEHOWA</w:t>
      </w:r>
    </w:p>
    <w:p w14:paraId="1954090F" w14:textId="77777777" w:rsidR="00494D2C" w:rsidRDefault="00110D97">
      <w:pPr>
        <w:pStyle w:val="Heading1"/>
      </w:pPr>
      <w:r>
        <w:t>Lesson Plan: English Language and Communication Skills: Level 3</w:t>
      </w:r>
    </w:p>
    <w:p w14:paraId="47EC45F0" w14:textId="77777777" w:rsidR="000C5AEF" w:rsidRDefault="000C5AEF"/>
    <w:p w14:paraId="4E43D896" w14:textId="77777777" w:rsidR="00494D2C" w:rsidRDefault="00110D97" w:rsidP="000C5AEF">
      <w:pPr>
        <w:spacing w:line="240" w:lineRule="auto"/>
      </w:pPr>
      <w:r>
        <w:t>Course Title: English Language and Communication Skills: Level 3</w:t>
      </w:r>
    </w:p>
    <w:p w14:paraId="1BD8C883" w14:textId="77777777" w:rsidR="00494D2C" w:rsidRDefault="00110D97" w:rsidP="000C5AEF">
      <w:pPr>
        <w:spacing w:line="240" w:lineRule="auto"/>
      </w:pPr>
      <w:r>
        <w:t>Course Code: B23-AEC-311</w:t>
      </w:r>
    </w:p>
    <w:p w14:paraId="66911125" w14:textId="77777777" w:rsidR="00494D2C" w:rsidRDefault="00110D97" w:rsidP="000C5AEF">
      <w:pPr>
        <w:spacing w:line="240" w:lineRule="auto"/>
      </w:pPr>
      <w:r>
        <w:t>Course Type: AEC-3</w:t>
      </w:r>
    </w:p>
    <w:p w14:paraId="664BA430" w14:textId="77777777" w:rsidR="00494D2C" w:rsidRDefault="00110D97" w:rsidP="000C5AEF">
      <w:pPr>
        <w:spacing w:line="240" w:lineRule="auto"/>
      </w:pPr>
      <w:r>
        <w:t>Semester: III</w:t>
      </w:r>
    </w:p>
    <w:p w14:paraId="7EE6A6EA" w14:textId="77777777" w:rsidR="00494D2C" w:rsidRDefault="00110D97" w:rsidP="000C5AEF">
      <w:pPr>
        <w:spacing w:line="240" w:lineRule="auto"/>
      </w:pPr>
      <w:r>
        <w:t>Teacher: Ms. ROHINA KHAN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2934"/>
        <w:gridCol w:w="2159"/>
        <w:gridCol w:w="2159"/>
      </w:tblGrid>
      <w:tr w:rsidR="00494D2C" w14:paraId="461CA015" w14:textId="77777777" w:rsidTr="000C5AEF">
        <w:tc>
          <w:tcPr>
            <w:tcW w:w="1384" w:type="dxa"/>
          </w:tcPr>
          <w:p w14:paraId="719E6B45" w14:textId="77777777" w:rsidR="00494D2C" w:rsidRPr="000C5AEF" w:rsidRDefault="00110D97">
            <w:pPr>
              <w:rPr>
                <w:b/>
                <w:bCs/>
                <w:sz w:val="24"/>
                <w:szCs w:val="24"/>
              </w:rPr>
            </w:pPr>
            <w:r w:rsidRPr="000C5AEF">
              <w:rPr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2936" w:type="dxa"/>
          </w:tcPr>
          <w:p w14:paraId="65863777" w14:textId="77777777" w:rsidR="00494D2C" w:rsidRPr="000C5AEF" w:rsidRDefault="00110D97">
            <w:pPr>
              <w:rPr>
                <w:b/>
                <w:bCs/>
                <w:sz w:val="24"/>
                <w:szCs w:val="24"/>
              </w:rPr>
            </w:pPr>
            <w:r w:rsidRPr="000C5AEF">
              <w:rPr>
                <w:b/>
                <w:bCs/>
                <w:sz w:val="24"/>
                <w:szCs w:val="24"/>
              </w:rPr>
              <w:t>Unit / Topic</w:t>
            </w:r>
          </w:p>
        </w:tc>
        <w:tc>
          <w:tcPr>
            <w:tcW w:w="2160" w:type="dxa"/>
          </w:tcPr>
          <w:p w14:paraId="690AC4BE" w14:textId="77777777" w:rsidR="00494D2C" w:rsidRPr="000C5AEF" w:rsidRDefault="00110D97">
            <w:pPr>
              <w:rPr>
                <w:b/>
                <w:bCs/>
                <w:sz w:val="24"/>
                <w:szCs w:val="24"/>
              </w:rPr>
            </w:pPr>
            <w:r w:rsidRPr="000C5AEF">
              <w:rPr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2160" w:type="dxa"/>
          </w:tcPr>
          <w:p w14:paraId="5D2A982B" w14:textId="77777777" w:rsidR="00494D2C" w:rsidRPr="000C5AEF" w:rsidRDefault="00110D97">
            <w:pPr>
              <w:rPr>
                <w:b/>
                <w:bCs/>
                <w:sz w:val="24"/>
                <w:szCs w:val="24"/>
              </w:rPr>
            </w:pPr>
            <w:r w:rsidRPr="000C5AEF">
              <w:rPr>
                <w:b/>
                <w:bCs/>
                <w:sz w:val="24"/>
                <w:szCs w:val="24"/>
              </w:rPr>
              <w:t>Teaching Aid</w:t>
            </w:r>
          </w:p>
        </w:tc>
      </w:tr>
      <w:tr w:rsidR="00494D2C" w14:paraId="0F182783" w14:textId="77777777" w:rsidTr="000C5AEF">
        <w:tc>
          <w:tcPr>
            <w:tcW w:w="1384" w:type="dxa"/>
          </w:tcPr>
          <w:p w14:paraId="53362623" w14:textId="54381232" w:rsidR="00494D2C" w:rsidRDefault="00110D97">
            <w:r>
              <w:t>August</w:t>
            </w:r>
          </w:p>
        </w:tc>
        <w:tc>
          <w:tcPr>
            <w:tcW w:w="2936" w:type="dxa"/>
          </w:tcPr>
          <w:p w14:paraId="5F61E4C1" w14:textId="77777777" w:rsidR="00494D2C" w:rsidRDefault="00110D97">
            <w:r>
              <w:t>Unit I – Cloze Reading and Comprehension</w:t>
            </w:r>
            <w:r>
              <w:br/>
              <w:t>Summarizing and Paraphrasing</w:t>
            </w:r>
          </w:p>
        </w:tc>
        <w:tc>
          <w:tcPr>
            <w:tcW w:w="2160" w:type="dxa"/>
          </w:tcPr>
          <w:p w14:paraId="4991AA5D" w14:textId="77777777" w:rsidR="00494D2C" w:rsidRDefault="00110D97">
            <w:r>
              <w:t xml:space="preserve">Reading </w:t>
            </w:r>
            <w:r w:rsidR="005277F3">
              <w:t>and</w:t>
            </w:r>
            <w:r>
              <w:t xml:space="preserve"> Group Discussion</w:t>
            </w:r>
            <w:r>
              <w:br/>
              <w:t xml:space="preserve">Writing Practice </w:t>
            </w:r>
            <w:r w:rsidR="005277F3">
              <w:t>and</w:t>
            </w:r>
            <w:r>
              <w:t xml:space="preserve"> Peer Review</w:t>
            </w:r>
          </w:p>
        </w:tc>
        <w:tc>
          <w:tcPr>
            <w:tcW w:w="2160" w:type="dxa"/>
          </w:tcPr>
          <w:p w14:paraId="74417AFD" w14:textId="77777777" w:rsidR="00494D2C" w:rsidRDefault="00110D97">
            <w:r>
              <w:t>Worksheets, PPT, Smart Board</w:t>
            </w:r>
          </w:p>
        </w:tc>
      </w:tr>
      <w:tr w:rsidR="00494D2C" w14:paraId="15CD0896" w14:textId="77777777" w:rsidTr="000C5AEF">
        <w:tc>
          <w:tcPr>
            <w:tcW w:w="1384" w:type="dxa"/>
          </w:tcPr>
          <w:p w14:paraId="2CB079C6" w14:textId="77777777" w:rsidR="00494D2C" w:rsidRDefault="00110D97">
            <w:r>
              <w:t>September</w:t>
            </w:r>
          </w:p>
        </w:tc>
        <w:tc>
          <w:tcPr>
            <w:tcW w:w="2936" w:type="dxa"/>
          </w:tcPr>
          <w:p w14:paraId="093C68B7" w14:textId="77777777" w:rsidR="00494D2C" w:rsidRDefault="00110D97">
            <w:r>
              <w:t>Unit II – Interview, Seminar, Presentation Skills</w:t>
            </w:r>
            <w:r>
              <w:br/>
              <w:t>Data Interpretation – Bar Graph, Pie Chart, Tree Diagram</w:t>
            </w:r>
          </w:p>
        </w:tc>
        <w:tc>
          <w:tcPr>
            <w:tcW w:w="2160" w:type="dxa"/>
          </w:tcPr>
          <w:p w14:paraId="6D89E867" w14:textId="77777777" w:rsidR="00494D2C" w:rsidRDefault="00110D97">
            <w:r>
              <w:t>Mock Interviews, Presentation Practice</w:t>
            </w:r>
            <w:r>
              <w:br/>
              <w:t>Visual Analysis Exercises</w:t>
            </w:r>
          </w:p>
        </w:tc>
        <w:tc>
          <w:tcPr>
            <w:tcW w:w="2160" w:type="dxa"/>
          </w:tcPr>
          <w:p w14:paraId="5EA5B2E6" w14:textId="77777777" w:rsidR="00494D2C" w:rsidRDefault="00110D97">
            <w:r>
              <w:t xml:space="preserve"> Charts, Graph Samples, Smart Board</w:t>
            </w:r>
          </w:p>
        </w:tc>
      </w:tr>
      <w:tr w:rsidR="00494D2C" w14:paraId="4CF946EF" w14:textId="77777777" w:rsidTr="000C5AEF">
        <w:tc>
          <w:tcPr>
            <w:tcW w:w="1384" w:type="dxa"/>
          </w:tcPr>
          <w:p w14:paraId="75CF0C99" w14:textId="77777777" w:rsidR="00494D2C" w:rsidRDefault="00110D97">
            <w:r>
              <w:t>October</w:t>
            </w:r>
          </w:p>
        </w:tc>
        <w:tc>
          <w:tcPr>
            <w:tcW w:w="2936" w:type="dxa"/>
          </w:tcPr>
          <w:p w14:paraId="23234CEF" w14:textId="77777777" w:rsidR="00494D2C" w:rsidRDefault="00110D97">
            <w:r>
              <w:t>Unit III – Vocabulary Development</w:t>
            </w:r>
            <w:r>
              <w:br/>
              <w:t>Homonyms, Homophones, Pair of Words</w:t>
            </w:r>
            <w:r>
              <w:br/>
              <w:t>Rearranging Jumbled Sentences</w:t>
            </w:r>
          </w:p>
        </w:tc>
        <w:tc>
          <w:tcPr>
            <w:tcW w:w="2160" w:type="dxa"/>
          </w:tcPr>
          <w:p w14:paraId="1C4B3056" w14:textId="77777777" w:rsidR="00494D2C" w:rsidRDefault="00110D97">
            <w:r>
              <w:t>Word Games, Listening Exercises</w:t>
            </w:r>
            <w:r>
              <w:br/>
              <w:t>Sentence Structuring Activities</w:t>
            </w:r>
          </w:p>
        </w:tc>
        <w:tc>
          <w:tcPr>
            <w:tcW w:w="2160" w:type="dxa"/>
          </w:tcPr>
          <w:p w14:paraId="0B8A1FF9" w14:textId="77777777" w:rsidR="00494D2C" w:rsidRDefault="00110D97">
            <w:r>
              <w:t>Flashcards, Audio Clips, Worksheets, Class test</w:t>
            </w:r>
          </w:p>
        </w:tc>
      </w:tr>
      <w:tr w:rsidR="00494D2C" w14:paraId="15AC2445" w14:textId="77777777" w:rsidTr="000C5AEF">
        <w:tc>
          <w:tcPr>
            <w:tcW w:w="1384" w:type="dxa"/>
          </w:tcPr>
          <w:p w14:paraId="12231080" w14:textId="72C53CB3" w:rsidR="00494D2C" w:rsidRDefault="00110D97">
            <w:r>
              <w:t>Nov</w:t>
            </w:r>
            <w:r w:rsidR="00587C9F">
              <w:t>ember</w:t>
            </w:r>
          </w:p>
        </w:tc>
        <w:tc>
          <w:tcPr>
            <w:tcW w:w="2936" w:type="dxa"/>
          </w:tcPr>
          <w:p w14:paraId="663CB186" w14:textId="77777777" w:rsidR="00494D2C" w:rsidRDefault="00110D97">
            <w:r>
              <w:t>Unit IV – Common Errors in English</w:t>
            </w:r>
            <w:r>
              <w:br/>
              <w:t>(Noun, Pronoun, and Articles)</w:t>
            </w:r>
          </w:p>
        </w:tc>
        <w:tc>
          <w:tcPr>
            <w:tcW w:w="2160" w:type="dxa"/>
          </w:tcPr>
          <w:p w14:paraId="41735645" w14:textId="77777777" w:rsidR="00494D2C" w:rsidRDefault="00110D97">
            <w:r>
              <w:t xml:space="preserve">Grammar Explanation </w:t>
            </w:r>
            <w:r w:rsidR="005277F3">
              <w:t>and</w:t>
            </w:r>
            <w:r>
              <w:t xml:space="preserve"> Correction Practice</w:t>
            </w:r>
          </w:p>
        </w:tc>
        <w:tc>
          <w:tcPr>
            <w:tcW w:w="2160" w:type="dxa"/>
          </w:tcPr>
          <w:p w14:paraId="00C160D3" w14:textId="77777777" w:rsidR="00494D2C" w:rsidRDefault="00110D97">
            <w:r>
              <w:t xml:space="preserve"> Grammar Worksheets, Smart Board, Students’ Presentation</w:t>
            </w:r>
          </w:p>
        </w:tc>
      </w:tr>
    </w:tbl>
    <w:p w14:paraId="07F82597" w14:textId="77777777" w:rsidR="005277F3" w:rsidRDefault="00110D97" w:rsidP="005277F3">
      <w:r>
        <w:br/>
      </w:r>
    </w:p>
    <w:p w14:paraId="55C6CB83" w14:textId="77777777" w:rsidR="00494D2C" w:rsidRDefault="00494D2C" w:rsidP="005277F3">
      <w:pPr>
        <w:pStyle w:val="ListBullet"/>
        <w:numPr>
          <w:ilvl w:val="0"/>
          <w:numId w:val="0"/>
        </w:numPr>
        <w:ind w:left="360"/>
      </w:pPr>
    </w:p>
    <w:sectPr w:rsidR="00494D2C" w:rsidSect="000C5AEF">
      <w:pgSz w:w="12240" w:h="15840"/>
      <w:pgMar w:top="864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1479152">
    <w:abstractNumId w:val="8"/>
  </w:num>
  <w:num w:numId="2" w16cid:durableId="1831824363">
    <w:abstractNumId w:val="6"/>
  </w:num>
  <w:num w:numId="3" w16cid:durableId="159127569">
    <w:abstractNumId w:val="5"/>
  </w:num>
  <w:num w:numId="4" w16cid:durableId="1024210270">
    <w:abstractNumId w:val="4"/>
  </w:num>
  <w:num w:numId="5" w16cid:durableId="2021934157">
    <w:abstractNumId w:val="7"/>
  </w:num>
  <w:num w:numId="6" w16cid:durableId="1336152633">
    <w:abstractNumId w:val="3"/>
  </w:num>
  <w:num w:numId="7" w16cid:durableId="1835366804">
    <w:abstractNumId w:val="2"/>
  </w:num>
  <w:num w:numId="8" w16cid:durableId="443505514">
    <w:abstractNumId w:val="1"/>
  </w:num>
  <w:num w:numId="9" w16cid:durableId="1237983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5AEF"/>
    <w:rsid w:val="00110D97"/>
    <w:rsid w:val="0015074B"/>
    <w:rsid w:val="001E36EB"/>
    <w:rsid w:val="0029639D"/>
    <w:rsid w:val="00326F90"/>
    <w:rsid w:val="004572E5"/>
    <w:rsid w:val="00494D2C"/>
    <w:rsid w:val="005277F3"/>
    <w:rsid w:val="00587C9F"/>
    <w:rsid w:val="00623E33"/>
    <w:rsid w:val="00AA1D8D"/>
    <w:rsid w:val="00B47730"/>
    <w:rsid w:val="00CB0664"/>
    <w:rsid w:val="00EF4FBC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1938FB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Riya Allan</cp:lastModifiedBy>
  <cp:revision>2</cp:revision>
  <dcterms:created xsi:type="dcterms:W3CDTF">2026-07-28T04:03:00Z</dcterms:created>
  <dcterms:modified xsi:type="dcterms:W3CDTF">2026-07-28T04:03:00Z</dcterms:modified>
  <cp:category/>
</cp:coreProperties>
</file>