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4DD22" w14:textId="77777777" w:rsidR="0008558E" w:rsidRPr="0008558E" w:rsidRDefault="0008558E" w:rsidP="0008558E">
      <w:pPr>
        <w:pStyle w:val="Heading1"/>
        <w:jc w:val="center"/>
        <w:rPr>
          <w:color w:val="000000" w:themeColor="text1"/>
          <w:sz w:val="36"/>
          <w:szCs w:val="36"/>
        </w:rPr>
      </w:pPr>
      <w:r w:rsidRPr="0008558E">
        <w:rPr>
          <w:color w:val="000000" w:themeColor="text1"/>
          <w:sz w:val="36"/>
          <w:szCs w:val="36"/>
        </w:rPr>
        <w:t>ISHAR JYOT DEGREE COLLEGE FOR WOMEN, PEHOWA</w:t>
      </w:r>
    </w:p>
    <w:p w14:paraId="09840CD0" w14:textId="77777777" w:rsidR="00247EFB" w:rsidRDefault="00EF0D01">
      <w:pPr>
        <w:pStyle w:val="Heading1"/>
      </w:pPr>
      <w:r>
        <w:t>Lesson Plan: English Language and Communication Skills: Level 1</w:t>
      </w:r>
    </w:p>
    <w:p w14:paraId="29EC4887" w14:textId="77777777" w:rsidR="0008558E" w:rsidRDefault="0008558E" w:rsidP="0008558E">
      <w:pPr>
        <w:spacing w:line="240" w:lineRule="auto"/>
      </w:pPr>
    </w:p>
    <w:p w14:paraId="68A72906" w14:textId="77777777" w:rsidR="00247EFB" w:rsidRDefault="00EF0D01" w:rsidP="0008558E">
      <w:pPr>
        <w:spacing w:line="240" w:lineRule="auto"/>
      </w:pPr>
      <w:r>
        <w:t>Course Title: English Language and Communication Skills: Level 1</w:t>
      </w:r>
    </w:p>
    <w:p w14:paraId="6FDDBE0B" w14:textId="77777777" w:rsidR="00247EFB" w:rsidRDefault="00EF0D01" w:rsidP="0008558E">
      <w:pPr>
        <w:spacing w:line="240" w:lineRule="auto"/>
      </w:pPr>
      <w:r>
        <w:t>Course Code: B23-AEC-111</w:t>
      </w:r>
    </w:p>
    <w:p w14:paraId="28D0974C" w14:textId="77777777" w:rsidR="00247EFB" w:rsidRDefault="00EF0D01" w:rsidP="0008558E">
      <w:pPr>
        <w:spacing w:line="240" w:lineRule="auto"/>
      </w:pPr>
      <w:r>
        <w:t>Course Type: AEC-1</w:t>
      </w:r>
    </w:p>
    <w:p w14:paraId="6548F647" w14:textId="77777777" w:rsidR="00247EFB" w:rsidRDefault="00EF0D01" w:rsidP="0008558E">
      <w:pPr>
        <w:spacing w:line="240" w:lineRule="auto"/>
      </w:pPr>
      <w:r>
        <w:t>Semester: I</w:t>
      </w:r>
    </w:p>
    <w:p w14:paraId="3B1D006C" w14:textId="77777777" w:rsidR="00247EFB" w:rsidRDefault="00EF0D01" w:rsidP="0008558E">
      <w:pPr>
        <w:spacing w:line="240" w:lineRule="auto"/>
      </w:pPr>
      <w:r>
        <w:t>Teacher: Ms. ROHINA KHAN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2792"/>
        <w:gridCol w:w="2159"/>
        <w:gridCol w:w="2159"/>
      </w:tblGrid>
      <w:tr w:rsidR="00247EFB" w14:paraId="0E9C9532" w14:textId="77777777" w:rsidTr="0008558E">
        <w:tc>
          <w:tcPr>
            <w:tcW w:w="1526" w:type="dxa"/>
          </w:tcPr>
          <w:p w14:paraId="62A60806" w14:textId="77777777" w:rsidR="00247EFB" w:rsidRPr="0008558E" w:rsidRDefault="00EF0D01">
            <w:pPr>
              <w:rPr>
                <w:b/>
                <w:bCs/>
                <w:sz w:val="24"/>
                <w:szCs w:val="24"/>
              </w:rPr>
            </w:pPr>
            <w:r w:rsidRPr="0008558E">
              <w:rPr>
                <w:b/>
                <w:bCs/>
                <w:sz w:val="24"/>
                <w:szCs w:val="24"/>
              </w:rPr>
              <w:t>Month</w:t>
            </w:r>
          </w:p>
        </w:tc>
        <w:tc>
          <w:tcPr>
            <w:tcW w:w="2794" w:type="dxa"/>
          </w:tcPr>
          <w:p w14:paraId="168EB163" w14:textId="77777777" w:rsidR="00247EFB" w:rsidRPr="0008558E" w:rsidRDefault="00EF0D01">
            <w:pPr>
              <w:rPr>
                <w:b/>
                <w:bCs/>
                <w:sz w:val="24"/>
                <w:szCs w:val="24"/>
              </w:rPr>
            </w:pPr>
            <w:r w:rsidRPr="0008558E">
              <w:rPr>
                <w:b/>
                <w:bCs/>
                <w:sz w:val="24"/>
                <w:szCs w:val="24"/>
              </w:rPr>
              <w:t>Unit / Topic</w:t>
            </w:r>
          </w:p>
        </w:tc>
        <w:tc>
          <w:tcPr>
            <w:tcW w:w="2160" w:type="dxa"/>
          </w:tcPr>
          <w:p w14:paraId="7B37E952" w14:textId="77777777" w:rsidR="00247EFB" w:rsidRPr="0008558E" w:rsidRDefault="00EF0D01">
            <w:pPr>
              <w:rPr>
                <w:b/>
                <w:bCs/>
                <w:sz w:val="24"/>
                <w:szCs w:val="24"/>
              </w:rPr>
            </w:pPr>
            <w:r w:rsidRPr="0008558E">
              <w:rPr>
                <w:b/>
                <w:bCs/>
                <w:sz w:val="24"/>
                <w:szCs w:val="24"/>
              </w:rPr>
              <w:t>Method</w:t>
            </w:r>
          </w:p>
        </w:tc>
        <w:tc>
          <w:tcPr>
            <w:tcW w:w="2160" w:type="dxa"/>
          </w:tcPr>
          <w:p w14:paraId="2AFEDE22" w14:textId="77777777" w:rsidR="00247EFB" w:rsidRPr="0008558E" w:rsidRDefault="00EF0D01">
            <w:pPr>
              <w:rPr>
                <w:b/>
                <w:bCs/>
                <w:sz w:val="24"/>
                <w:szCs w:val="24"/>
              </w:rPr>
            </w:pPr>
            <w:r w:rsidRPr="0008558E">
              <w:rPr>
                <w:b/>
                <w:bCs/>
                <w:sz w:val="24"/>
                <w:szCs w:val="24"/>
              </w:rPr>
              <w:t>Teaching Aid</w:t>
            </w:r>
          </w:p>
        </w:tc>
      </w:tr>
      <w:tr w:rsidR="00247EFB" w14:paraId="766C621B" w14:textId="77777777" w:rsidTr="0008558E">
        <w:tc>
          <w:tcPr>
            <w:tcW w:w="1526" w:type="dxa"/>
          </w:tcPr>
          <w:p w14:paraId="281466A6" w14:textId="218485A7" w:rsidR="00247EFB" w:rsidRDefault="00EF0D01">
            <w:r>
              <w:t>August</w:t>
            </w:r>
          </w:p>
        </w:tc>
        <w:tc>
          <w:tcPr>
            <w:tcW w:w="2794" w:type="dxa"/>
          </w:tcPr>
          <w:p w14:paraId="31B2ACB9" w14:textId="77777777" w:rsidR="00247EFB" w:rsidRDefault="00EF0D01">
            <w:r>
              <w:t>Unit I – Theory and Types of Communication</w:t>
            </w:r>
            <w:r>
              <w:br/>
              <w:t>Verbal Communication</w:t>
            </w:r>
          </w:p>
        </w:tc>
        <w:tc>
          <w:tcPr>
            <w:tcW w:w="2160" w:type="dxa"/>
          </w:tcPr>
          <w:p w14:paraId="2E98F473" w14:textId="77777777" w:rsidR="00247EFB" w:rsidRDefault="00EF0D01">
            <w:r>
              <w:t xml:space="preserve">Lecture </w:t>
            </w:r>
            <w:r w:rsidR="0014584D">
              <w:t>and</w:t>
            </w:r>
            <w:r>
              <w:t xml:space="preserve"> Pair Practice</w:t>
            </w:r>
          </w:p>
        </w:tc>
        <w:tc>
          <w:tcPr>
            <w:tcW w:w="2160" w:type="dxa"/>
          </w:tcPr>
          <w:p w14:paraId="3CE69EF1" w14:textId="77777777" w:rsidR="00247EFB" w:rsidRDefault="00EF0D01">
            <w:r>
              <w:t>PPT, Smart Board, Board Work</w:t>
            </w:r>
          </w:p>
        </w:tc>
      </w:tr>
      <w:tr w:rsidR="00247EFB" w14:paraId="46B2A1E4" w14:textId="77777777" w:rsidTr="0008558E">
        <w:tc>
          <w:tcPr>
            <w:tcW w:w="1526" w:type="dxa"/>
          </w:tcPr>
          <w:p w14:paraId="36FCAEDA" w14:textId="77777777" w:rsidR="00247EFB" w:rsidRDefault="00247EFB"/>
        </w:tc>
        <w:tc>
          <w:tcPr>
            <w:tcW w:w="2794" w:type="dxa"/>
          </w:tcPr>
          <w:p w14:paraId="16CCC394" w14:textId="77777777" w:rsidR="00247EFB" w:rsidRDefault="00EF0D01">
            <w:r>
              <w:t>Non-Verbal Communication</w:t>
            </w:r>
          </w:p>
        </w:tc>
        <w:tc>
          <w:tcPr>
            <w:tcW w:w="2160" w:type="dxa"/>
          </w:tcPr>
          <w:p w14:paraId="4877CB33" w14:textId="77777777" w:rsidR="00247EFB" w:rsidRDefault="00EF0D01">
            <w:r>
              <w:t xml:space="preserve">Demonstration </w:t>
            </w:r>
            <w:r w:rsidR="0014584D">
              <w:t xml:space="preserve">and </w:t>
            </w:r>
            <w:r>
              <w:t>Video Observation</w:t>
            </w:r>
          </w:p>
        </w:tc>
        <w:tc>
          <w:tcPr>
            <w:tcW w:w="2160" w:type="dxa"/>
          </w:tcPr>
          <w:p w14:paraId="36BB337A" w14:textId="77777777" w:rsidR="00247EFB" w:rsidRDefault="00EF0D01">
            <w:r>
              <w:t>YouTube Clip, Smart Board</w:t>
            </w:r>
          </w:p>
        </w:tc>
      </w:tr>
      <w:tr w:rsidR="00247EFB" w14:paraId="791E31E8" w14:textId="77777777" w:rsidTr="0008558E">
        <w:tc>
          <w:tcPr>
            <w:tcW w:w="1526" w:type="dxa"/>
          </w:tcPr>
          <w:p w14:paraId="4DF9881C" w14:textId="77777777" w:rsidR="00247EFB" w:rsidRDefault="00EF0D01">
            <w:r>
              <w:t>September</w:t>
            </w:r>
          </w:p>
        </w:tc>
        <w:tc>
          <w:tcPr>
            <w:tcW w:w="2794" w:type="dxa"/>
          </w:tcPr>
          <w:p w14:paraId="78E783AB" w14:textId="77777777" w:rsidR="00247EFB" w:rsidRDefault="00EF0D01">
            <w:r>
              <w:t>Unit II – Workplace and Interpersonal Communication</w:t>
            </w:r>
            <w:r>
              <w:br/>
              <w:t>Introducing Oneself / Others</w:t>
            </w:r>
          </w:p>
        </w:tc>
        <w:tc>
          <w:tcPr>
            <w:tcW w:w="2160" w:type="dxa"/>
          </w:tcPr>
          <w:p w14:paraId="64B32DBB" w14:textId="77777777" w:rsidR="00247EFB" w:rsidRDefault="00EF0D01">
            <w:r>
              <w:t>Role-play</w:t>
            </w:r>
            <w:r w:rsidR="0014584D">
              <w:t xml:space="preserve"> and</w:t>
            </w:r>
            <w:r>
              <w:t xml:space="preserve"> Peer Correction</w:t>
            </w:r>
          </w:p>
        </w:tc>
        <w:tc>
          <w:tcPr>
            <w:tcW w:w="2160" w:type="dxa"/>
          </w:tcPr>
          <w:p w14:paraId="48EE4D74" w14:textId="77777777" w:rsidR="00247EFB" w:rsidRDefault="00EF0D01">
            <w:r>
              <w:t>Group Activity, Whiteboard</w:t>
            </w:r>
          </w:p>
        </w:tc>
      </w:tr>
      <w:tr w:rsidR="00247EFB" w14:paraId="55C0F9EA" w14:textId="77777777" w:rsidTr="0008558E">
        <w:tc>
          <w:tcPr>
            <w:tcW w:w="1526" w:type="dxa"/>
          </w:tcPr>
          <w:p w14:paraId="166D7829" w14:textId="77777777" w:rsidR="00247EFB" w:rsidRDefault="00247EFB"/>
        </w:tc>
        <w:tc>
          <w:tcPr>
            <w:tcW w:w="2794" w:type="dxa"/>
          </w:tcPr>
          <w:p w14:paraId="00A77F83" w14:textId="77777777" w:rsidR="00247EFB" w:rsidRDefault="00EF0D01">
            <w:r>
              <w:t>Making Requests / Offering Help / Congratulating</w:t>
            </w:r>
          </w:p>
        </w:tc>
        <w:tc>
          <w:tcPr>
            <w:tcW w:w="2160" w:type="dxa"/>
          </w:tcPr>
          <w:p w14:paraId="34D36410" w14:textId="77777777" w:rsidR="00247EFB" w:rsidRDefault="00EF0D01">
            <w:r>
              <w:t>Situation-based Practice</w:t>
            </w:r>
          </w:p>
        </w:tc>
        <w:tc>
          <w:tcPr>
            <w:tcW w:w="2160" w:type="dxa"/>
          </w:tcPr>
          <w:p w14:paraId="2CB27861" w14:textId="77777777" w:rsidR="00247EFB" w:rsidRDefault="0014584D">
            <w:r>
              <w:t>Audio Samples</w:t>
            </w:r>
          </w:p>
        </w:tc>
      </w:tr>
      <w:tr w:rsidR="00247EFB" w14:paraId="14743193" w14:textId="77777777" w:rsidTr="0008558E">
        <w:tc>
          <w:tcPr>
            <w:tcW w:w="1526" w:type="dxa"/>
          </w:tcPr>
          <w:p w14:paraId="674071F1" w14:textId="77777777" w:rsidR="00247EFB" w:rsidRDefault="00247EFB"/>
        </w:tc>
        <w:tc>
          <w:tcPr>
            <w:tcW w:w="2794" w:type="dxa"/>
          </w:tcPr>
          <w:p w14:paraId="2E600A4F" w14:textId="77777777" w:rsidR="00247EFB" w:rsidRDefault="00EF0D01">
            <w:r>
              <w:t>Making Enquiries / Seeking Permission</w:t>
            </w:r>
          </w:p>
        </w:tc>
        <w:tc>
          <w:tcPr>
            <w:tcW w:w="2160" w:type="dxa"/>
          </w:tcPr>
          <w:p w14:paraId="357857C9" w14:textId="77777777" w:rsidR="00247EFB" w:rsidRDefault="00EF0D01">
            <w:r>
              <w:t xml:space="preserve">Dialogue Drill </w:t>
            </w:r>
            <w:r w:rsidR="0014584D">
              <w:t xml:space="preserve">and </w:t>
            </w:r>
            <w:r>
              <w:t>Audio Practice</w:t>
            </w:r>
          </w:p>
        </w:tc>
        <w:tc>
          <w:tcPr>
            <w:tcW w:w="2160" w:type="dxa"/>
          </w:tcPr>
          <w:p w14:paraId="64CC80C0" w14:textId="77777777" w:rsidR="00247EFB" w:rsidRDefault="00EF0D01">
            <w:r>
              <w:t>Sample Dialogues, Audio Clips</w:t>
            </w:r>
          </w:p>
        </w:tc>
      </w:tr>
      <w:tr w:rsidR="00247EFB" w14:paraId="4390D158" w14:textId="77777777" w:rsidTr="0008558E">
        <w:tc>
          <w:tcPr>
            <w:tcW w:w="1526" w:type="dxa"/>
          </w:tcPr>
          <w:p w14:paraId="489E967D" w14:textId="77777777" w:rsidR="00247EFB" w:rsidRDefault="00EF0D01">
            <w:r>
              <w:t>October</w:t>
            </w:r>
          </w:p>
        </w:tc>
        <w:tc>
          <w:tcPr>
            <w:tcW w:w="2794" w:type="dxa"/>
          </w:tcPr>
          <w:p w14:paraId="07001B32" w14:textId="77777777" w:rsidR="00247EFB" w:rsidRDefault="00EF0D01">
            <w:r>
              <w:t>Unit III – Listening Skills &amp; Note-taking</w:t>
            </w:r>
            <w:r>
              <w:br/>
              <w:t>Importance &amp; Types of Listening</w:t>
            </w:r>
          </w:p>
        </w:tc>
        <w:tc>
          <w:tcPr>
            <w:tcW w:w="2160" w:type="dxa"/>
          </w:tcPr>
          <w:p w14:paraId="2A200237" w14:textId="77777777" w:rsidR="00247EFB" w:rsidRDefault="00EF0D01">
            <w:r>
              <w:t xml:space="preserve">Interactive Lecture </w:t>
            </w:r>
            <w:r w:rsidR="0014584D">
              <w:t>with</w:t>
            </w:r>
            <w:r>
              <w:t xml:space="preserve"> Examples</w:t>
            </w:r>
          </w:p>
        </w:tc>
        <w:tc>
          <w:tcPr>
            <w:tcW w:w="2160" w:type="dxa"/>
          </w:tcPr>
          <w:p w14:paraId="2901C289" w14:textId="77777777" w:rsidR="00247EFB" w:rsidRDefault="00EF0D01">
            <w:r>
              <w:t>Smart Board, Audio Samples</w:t>
            </w:r>
          </w:p>
        </w:tc>
      </w:tr>
      <w:tr w:rsidR="00247EFB" w14:paraId="6D0C063E" w14:textId="77777777" w:rsidTr="0008558E">
        <w:tc>
          <w:tcPr>
            <w:tcW w:w="1526" w:type="dxa"/>
          </w:tcPr>
          <w:p w14:paraId="25BBF310" w14:textId="77777777" w:rsidR="00247EFB" w:rsidRDefault="00247EFB"/>
        </w:tc>
        <w:tc>
          <w:tcPr>
            <w:tcW w:w="2794" w:type="dxa"/>
          </w:tcPr>
          <w:p w14:paraId="36687B57" w14:textId="77777777" w:rsidR="00247EFB" w:rsidRDefault="00EF0D01">
            <w:r>
              <w:t>Barriers &amp; How to Overcome Them</w:t>
            </w:r>
          </w:p>
        </w:tc>
        <w:tc>
          <w:tcPr>
            <w:tcW w:w="2160" w:type="dxa"/>
          </w:tcPr>
          <w:p w14:paraId="615079DE" w14:textId="77777777" w:rsidR="00247EFB" w:rsidRDefault="00EF0D01">
            <w:r>
              <w:t xml:space="preserve">Group Discussion </w:t>
            </w:r>
            <w:r w:rsidR="0014584D">
              <w:t xml:space="preserve">and </w:t>
            </w:r>
            <w:r>
              <w:t>PPT Presentation</w:t>
            </w:r>
          </w:p>
        </w:tc>
        <w:tc>
          <w:tcPr>
            <w:tcW w:w="2160" w:type="dxa"/>
          </w:tcPr>
          <w:p w14:paraId="67601B81" w14:textId="77777777" w:rsidR="00247EFB" w:rsidRDefault="00EF0D01">
            <w:r>
              <w:t>Chart Display, Group Task</w:t>
            </w:r>
          </w:p>
        </w:tc>
      </w:tr>
      <w:tr w:rsidR="00247EFB" w14:paraId="035F9C32" w14:textId="77777777" w:rsidTr="0008558E">
        <w:tc>
          <w:tcPr>
            <w:tcW w:w="1526" w:type="dxa"/>
          </w:tcPr>
          <w:p w14:paraId="01586553" w14:textId="77777777" w:rsidR="00247EFB" w:rsidRDefault="00247EFB"/>
        </w:tc>
        <w:tc>
          <w:tcPr>
            <w:tcW w:w="2794" w:type="dxa"/>
          </w:tcPr>
          <w:p w14:paraId="3733CABD" w14:textId="77777777" w:rsidR="00247EFB" w:rsidRDefault="00EF0D01">
            <w:r>
              <w:t>Note-taking Techniques</w:t>
            </w:r>
          </w:p>
        </w:tc>
        <w:tc>
          <w:tcPr>
            <w:tcW w:w="2160" w:type="dxa"/>
          </w:tcPr>
          <w:p w14:paraId="58F5873B" w14:textId="77777777" w:rsidR="00247EFB" w:rsidRDefault="00EF0D01">
            <w:r>
              <w:t>Note Template Practice</w:t>
            </w:r>
          </w:p>
        </w:tc>
        <w:tc>
          <w:tcPr>
            <w:tcW w:w="2160" w:type="dxa"/>
          </w:tcPr>
          <w:p w14:paraId="5E51CE2E" w14:textId="77777777" w:rsidR="00247EFB" w:rsidRDefault="00EF0D01">
            <w:r>
              <w:t>Worksheets, Sample Audio, Board Work</w:t>
            </w:r>
          </w:p>
        </w:tc>
      </w:tr>
      <w:tr w:rsidR="00247EFB" w14:paraId="4B84B012" w14:textId="77777777" w:rsidTr="0008558E">
        <w:tc>
          <w:tcPr>
            <w:tcW w:w="1526" w:type="dxa"/>
          </w:tcPr>
          <w:p w14:paraId="05F7E9B5" w14:textId="4A0E242E" w:rsidR="00247EFB" w:rsidRDefault="00EF0D01">
            <w:r>
              <w:t xml:space="preserve"> Nov</w:t>
            </w:r>
            <w:r w:rsidR="00D53236">
              <w:t>ember</w:t>
            </w:r>
          </w:p>
        </w:tc>
        <w:tc>
          <w:tcPr>
            <w:tcW w:w="2794" w:type="dxa"/>
          </w:tcPr>
          <w:p w14:paraId="12CD796E" w14:textId="77777777" w:rsidR="00247EFB" w:rsidRDefault="00EF0D01">
            <w:r>
              <w:t>Unit IV – Grammar</w:t>
            </w:r>
            <w:r>
              <w:br/>
              <w:t>Parts of Speech</w:t>
            </w:r>
          </w:p>
        </w:tc>
        <w:tc>
          <w:tcPr>
            <w:tcW w:w="2160" w:type="dxa"/>
          </w:tcPr>
          <w:p w14:paraId="6FB83F09" w14:textId="77777777" w:rsidR="00247EFB" w:rsidRDefault="00EF0D01">
            <w:r>
              <w:t xml:space="preserve">Explanation </w:t>
            </w:r>
            <w:r w:rsidR="0014584D">
              <w:t xml:space="preserve">with </w:t>
            </w:r>
            <w:r>
              <w:t>Identification Practice</w:t>
            </w:r>
          </w:p>
        </w:tc>
        <w:tc>
          <w:tcPr>
            <w:tcW w:w="2160" w:type="dxa"/>
          </w:tcPr>
          <w:p w14:paraId="0A572074" w14:textId="77777777" w:rsidR="00247EFB" w:rsidRDefault="00EF0D01">
            <w:r>
              <w:t xml:space="preserve">Smart Board, Board Game, </w:t>
            </w:r>
            <w:r>
              <w:rPr>
                <w:rFonts w:ascii="Times New Roman" w:hAnsi="Times New Roman" w:cs="Times New Roman"/>
              </w:rPr>
              <w:t>Students’ presentation , Class test</w:t>
            </w:r>
          </w:p>
        </w:tc>
      </w:tr>
    </w:tbl>
    <w:p w14:paraId="3C6389A4" w14:textId="77777777" w:rsidR="00247EFB" w:rsidRDefault="00EF0D01" w:rsidP="0014584D">
      <w:r>
        <w:br/>
      </w:r>
    </w:p>
    <w:sectPr w:rsidR="00247EFB" w:rsidSect="0008558E">
      <w:pgSz w:w="12240" w:h="15840"/>
      <w:pgMar w:top="864" w:right="1797" w:bottom="1440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27094415">
    <w:abstractNumId w:val="8"/>
  </w:num>
  <w:num w:numId="2" w16cid:durableId="1932814120">
    <w:abstractNumId w:val="6"/>
  </w:num>
  <w:num w:numId="3" w16cid:durableId="1105076326">
    <w:abstractNumId w:val="5"/>
  </w:num>
  <w:num w:numId="4" w16cid:durableId="536085953">
    <w:abstractNumId w:val="4"/>
  </w:num>
  <w:num w:numId="5" w16cid:durableId="1824006185">
    <w:abstractNumId w:val="7"/>
  </w:num>
  <w:num w:numId="6" w16cid:durableId="646669010">
    <w:abstractNumId w:val="3"/>
  </w:num>
  <w:num w:numId="7" w16cid:durableId="1167863799">
    <w:abstractNumId w:val="2"/>
  </w:num>
  <w:num w:numId="8" w16cid:durableId="2063628670">
    <w:abstractNumId w:val="1"/>
  </w:num>
  <w:num w:numId="9" w16cid:durableId="997265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558E"/>
    <w:rsid w:val="0014584D"/>
    <w:rsid w:val="0015074B"/>
    <w:rsid w:val="00247EFB"/>
    <w:rsid w:val="0029639D"/>
    <w:rsid w:val="00326F90"/>
    <w:rsid w:val="004572E5"/>
    <w:rsid w:val="00623E33"/>
    <w:rsid w:val="00A57AF2"/>
    <w:rsid w:val="00AA1D8D"/>
    <w:rsid w:val="00B47730"/>
    <w:rsid w:val="00CB0664"/>
    <w:rsid w:val="00D53236"/>
    <w:rsid w:val="00E760D0"/>
    <w:rsid w:val="00EF0D01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6CC933"/>
  <w15:docId w15:val="{0C9AF50B-3F37-4C3A-9A4D-F63B135FE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Riya Allan</cp:lastModifiedBy>
  <cp:revision>2</cp:revision>
  <dcterms:created xsi:type="dcterms:W3CDTF">2026-07-28T04:02:00Z</dcterms:created>
  <dcterms:modified xsi:type="dcterms:W3CDTF">2026-07-28T04:02:00Z</dcterms:modified>
  <cp:category/>
</cp:coreProperties>
</file>