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9C31" w14:textId="77777777" w:rsidR="00102686" w:rsidRDefault="00102686" w:rsidP="00102686">
      <w:pPr>
        <w:pStyle w:val="Heading1"/>
        <w:jc w:val="center"/>
        <w:rPr>
          <w:color w:val="000000" w:themeColor="text1"/>
          <w:sz w:val="36"/>
          <w:szCs w:val="36"/>
        </w:rPr>
      </w:pPr>
      <w:r w:rsidRPr="00102686">
        <w:rPr>
          <w:color w:val="000000" w:themeColor="text1"/>
          <w:sz w:val="36"/>
          <w:szCs w:val="36"/>
        </w:rPr>
        <w:t>ISHAR JYOT DEGREE COLLEGE FOR WOMEN, PEHOWA</w:t>
      </w:r>
    </w:p>
    <w:p w14:paraId="6587DDA3" w14:textId="77777777" w:rsidR="001802C6" w:rsidRPr="00102686" w:rsidRDefault="00F5473E" w:rsidP="00102686">
      <w:pPr>
        <w:pStyle w:val="Heading1"/>
        <w:rPr>
          <w:color w:val="000000" w:themeColor="text1"/>
          <w:sz w:val="36"/>
          <w:szCs w:val="36"/>
        </w:rPr>
      </w:pPr>
      <w:r>
        <w:t>Lesson Plan: Introduction to Short Novel and Advanced Grammar</w:t>
      </w:r>
    </w:p>
    <w:p w14:paraId="284EAE40" w14:textId="77777777" w:rsidR="00102686" w:rsidRDefault="00102686"/>
    <w:p w14:paraId="6D7FA6A3" w14:textId="77777777" w:rsidR="001802C6" w:rsidRDefault="00F5473E" w:rsidP="00102686">
      <w:pPr>
        <w:spacing w:line="240" w:lineRule="auto"/>
      </w:pPr>
      <w:r>
        <w:t>Name of Program: Englis</w:t>
      </w:r>
      <w:r w:rsidR="00102686">
        <w:t>h</w:t>
      </w:r>
    </w:p>
    <w:p w14:paraId="5528AFCD" w14:textId="77777777" w:rsidR="001802C6" w:rsidRDefault="00F5473E" w:rsidP="00102686">
      <w:pPr>
        <w:spacing w:line="240" w:lineRule="auto"/>
      </w:pPr>
      <w:r>
        <w:t>Semester: V</w:t>
      </w:r>
    </w:p>
    <w:p w14:paraId="14ED3D97" w14:textId="77777777" w:rsidR="001802C6" w:rsidRDefault="00F5473E" w:rsidP="00102686">
      <w:pPr>
        <w:spacing w:line="240" w:lineRule="auto"/>
      </w:pPr>
      <w:r>
        <w:t>Name of the Course: Introduction to Short Novel and Advanced Grammar</w:t>
      </w:r>
    </w:p>
    <w:p w14:paraId="6C6095D5" w14:textId="77777777" w:rsidR="001802C6" w:rsidRDefault="00F5473E" w:rsidP="00102686">
      <w:pPr>
        <w:spacing w:line="240" w:lineRule="auto"/>
      </w:pPr>
      <w:r>
        <w:t>Course Code: B23-ENG-501</w:t>
      </w:r>
    </w:p>
    <w:p w14:paraId="5060ED43" w14:textId="77777777" w:rsidR="001802C6" w:rsidRDefault="00F5473E" w:rsidP="00102686">
      <w:pPr>
        <w:spacing w:line="240" w:lineRule="auto"/>
      </w:pPr>
      <w:r>
        <w:t>Course Type: CC-5/MCC-9</w:t>
      </w:r>
    </w:p>
    <w:p w14:paraId="317AF7EF" w14:textId="77777777" w:rsidR="001802C6" w:rsidRDefault="00F5473E" w:rsidP="00102686">
      <w:pPr>
        <w:spacing w:line="240" w:lineRule="auto"/>
      </w:pPr>
      <w:r>
        <w:t>Teacher: Ms. ROHINA KHAN</w:t>
      </w:r>
    </w:p>
    <w:p w14:paraId="5586686F" w14:textId="77777777" w:rsidR="00102686" w:rsidRDefault="00102686" w:rsidP="00102686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792"/>
        <w:gridCol w:w="2159"/>
        <w:gridCol w:w="2159"/>
      </w:tblGrid>
      <w:tr w:rsidR="001802C6" w14:paraId="77C496EC" w14:textId="77777777" w:rsidTr="00102686">
        <w:tc>
          <w:tcPr>
            <w:tcW w:w="1526" w:type="dxa"/>
          </w:tcPr>
          <w:p w14:paraId="206157A6" w14:textId="77777777" w:rsidR="001802C6" w:rsidRPr="00102686" w:rsidRDefault="00F5473E">
            <w:pPr>
              <w:rPr>
                <w:b/>
                <w:bCs/>
              </w:rPr>
            </w:pPr>
            <w:r w:rsidRPr="00102686">
              <w:rPr>
                <w:b/>
                <w:bCs/>
              </w:rPr>
              <w:t>Month</w:t>
            </w:r>
          </w:p>
        </w:tc>
        <w:tc>
          <w:tcPr>
            <w:tcW w:w="2794" w:type="dxa"/>
          </w:tcPr>
          <w:p w14:paraId="516C2F4E" w14:textId="77777777" w:rsidR="001802C6" w:rsidRPr="00102686" w:rsidRDefault="00F5473E">
            <w:pPr>
              <w:rPr>
                <w:b/>
                <w:bCs/>
              </w:rPr>
            </w:pPr>
            <w:r w:rsidRPr="00102686">
              <w:rPr>
                <w:b/>
                <w:bCs/>
              </w:rPr>
              <w:t>Unit / Topic</w:t>
            </w:r>
          </w:p>
        </w:tc>
        <w:tc>
          <w:tcPr>
            <w:tcW w:w="2160" w:type="dxa"/>
          </w:tcPr>
          <w:p w14:paraId="3E5F9F6C" w14:textId="77777777" w:rsidR="001802C6" w:rsidRPr="00102686" w:rsidRDefault="00F5473E">
            <w:pPr>
              <w:rPr>
                <w:b/>
                <w:bCs/>
              </w:rPr>
            </w:pPr>
            <w:r w:rsidRPr="00102686">
              <w:rPr>
                <w:b/>
                <w:bCs/>
              </w:rPr>
              <w:t>Method</w:t>
            </w:r>
          </w:p>
        </w:tc>
        <w:tc>
          <w:tcPr>
            <w:tcW w:w="2160" w:type="dxa"/>
          </w:tcPr>
          <w:p w14:paraId="7573D523" w14:textId="77777777" w:rsidR="001802C6" w:rsidRPr="00102686" w:rsidRDefault="00F5473E">
            <w:pPr>
              <w:rPr>
                <w:b/>
                <w:bCs/>
              </w:rPr>
            </w:pPr>
            <w:r w:rsidRPr="00102686">
              <w:rPr>
                <w:b/>
                <w:bCs/>
              </w:rPr>
              <w:t>Teaching Aid</w:t>
            </w:r>
          </w:p>
        </w:tc>
      </w:tr>
      <w:tr w:rsidR="001802C6" w14:paraId="1A8C6071" w14:textId="77777777" w:rsidTr="00102686">
        <w:tc>
          <w:tcPr>
            <w:tcW w:w="1526" w:type="dxa"/>
          </w:tcPr>
          <w:p w14:paraId="4BDEDBA3" w14:textId="6C1A697B" w:rsidR="001802C6" w:rsidRDefault="00F5473E">
            <w:r>
              <w:t>August</w:t>
            </w:r>
          </w:p>
        </w:tc>
        <w:tc>
          <w:tcPr>
            <w:tcW w:w="2794" w:type="dxa"/>
          </w:tcPr>
          <w:p w14:paraId="3F9CD874" w14:textId="77777777" w:rsidR="001802C6" w:rsidRDefault="00F5473E">
            <w:r>
              <w:t>Unit I – George Orwell: Animal Farm</w:t>
            </w:r>
          </w:p>
        </w:tc>
        <w:tc>
          <w:tcPr>
            <w:tcW w:w="2160" w:type="dxa"/>
          </w:tcPr>
          <w:p w14:paraId="7F28A49E" w14:textId="77777777" w:rsidR="001802C6" w:rsidRDefault="0093336F">
            <w:r>
              <w:t>Text Reading and Critical Discussion</w:t>
            </w:r>
          </w:p>
        </w:tc>
        <w:tc>
          <w:tcPr>
            <w:tcW w:w="2160" w:type="dxa"/>
          </w:tcPr>
          <w:p w14:paraId="5540305E" w14:textId="77777777" w:rsidR="001802C6" w:rsidRDefault="00F5473E">
            <w:r>
              <w:t xml:space="preserve">Novel Text, PPT, Smart </w:t>
            </w:r>
            <w:r w:rsidR="0093336F">
              <w:t>Board, small clip</w:t>
            </w:r>
          </w:p>
        </w:tc>
      </w:tr>
      <w:tr w:rsidR="001802C6" w14:paraId="352FEF69" w14:textId="77777777" w:rsidTr="00102686">
        <w:tc>
          <w:tcPr>
            <w:tcW w:w="1526" w:type="dxa"/>
          </w:tcPr>
          <w:p w14:paraId="165C7DCF" w14:textId="77777777" w:rsidR="001802C6" w:rsidRDefault="00F5473E">
            <w:r>
              <w:t>September</w:t>
            </w:r>
          </w:p>
        </w:tc>
        <w:tc>
          <w:tcPr>
            <w:tcW w:w="2794" w:type="dxa"/>
          </w:tcPr>
          <w:p w14:paraId="75532EDC" w14:textId="77777777" w:rsidR="001802C6" w:rsidRDefault="00F5473E">
            <w:r>
              <w:t>Unit II – John Steinbeck: Of Mice and Men</w:t>
            </w:r>
          </w:p>
        </w:tc>
        <w:tc>
          <w:tcPr>
            <w:tcW w:w="2160" w:type="dxa"/>
          </w:tcPr>
          <w:p w14:paraId="1339A4C3" w14:textId="77777777" w:rsidR="001802C6" w:rsidRDefault="00F5473E">
            <w:r>
              <w:t xml:space="preserve">Thematic Analysis </w:t>
            </w:r>
            <w:r w:rsidR="0093336F">
              <w:t xml:space="preserve">and </w:t>
            </w:r>
            <w:r>
              <w:t>Group Debate</w:t>
            </w:r>
          </w:p>
        </w:tc>
        <w:tc>
          <w:tcPr>
            <w:tcW w:w="2160" w:type="dxa"/>
          </w:tcPr>
          <w:p w14:paraId="2572839D" w14:textId="77777777" w:rsidR="001802C6" w:rsidRDefault="00F5473E">
            <w:r>
              <w:t>Textbook, Film Clip, Whiteboard</w:t>
            </w:r>
          </w:p>
        </w:tc>
      </w:tr>
      <w:tr w:rsidR="001802C6" w14:paraId="39E966F4" w14:textId="77777777" w:rsidTr="00102686">
        <w:tc>
          <w:tcPr>
            <w:tcW w:w="1526" w:type="dxa"/>
          </w:tcPr>
          <w:p w14:paraId="0B004CAA" w14:textId="77777777" w:rsidR="001802C6" w:rsidRDefault="00F5473E">
            <w:r>
              <w:t>October</w:t>
            </w:r>
          </w:p>
        </w:tc>
        <w:tc>
          <w:tcPr>
            <w:tcW w:w="2794" w:type="dxa"/>
          </w:tcPr>
          <w:p w14:paraId="2589CE1B" w14:textId="77777777" w:rsidR="001802C6" w:rsidRDefault="00F5473E">
            <w:r>
              <w:t>Unit III – Grammar</w:t>
            </w:r>
            <w:r>
              <w:br/>
              <w:t>• Common Errors of Verbs and Prepositions</w:t>
            </w:r>
          </w:p>
        </w:tc>
        <w:tc>
          <w:tcPr>
            <w:tcW w:w="2160" w:type="dxa"/>
          </w:tcPr>
          <w:p w14:paraId="32B4AC10" w14:textId="77777777" w:rsidR="001802C6" w:rsidRDefault="00F5473E">
            <w:r>
              <w:t xml:space="preserve">Error Identification </w:t>
            </w:r>
            <w:r w:rsidR="0093336F">
              <w:t xml:space="preserve">with </w:t>
            </w:r>
            <w:r>
              <w:t>Practice</w:t>
            </w:r>
          </w:p>
        </w:tc>
        <w:tc>
          <w:tcPr>
            <w:tcW w:w="2160" w:type="dxa"/>
          </w:tcPr>
          <w:p w14:paraId="5839BBE0" w14:textId="77777777" w:rsidR="001802C6" w:rsidRDefault="00F5473E">
            <w:r>
              <w:t>Worksheets, Smart Board</w:t>
            </w:r>
          </w:p>
        </w:tc>
      </w:tr>
      <w:tr w:rsidR="001802C6" w14:paraId="34EF4C05" w14:textId="77777777" w:rsidTr="00102686">
        <w:tc>
          <w:tcPr>
            <w:tcW w:w="1526" w:type="dxa"/>
          </w:tcPr>
          <w:p w14:paraId="4A1F6BAB" w14:textId="380427AE" w:rsidR="001802C6" w:rsidRDefault="00297514">
            <w:r>
              <w:t>November</w:t>
            </w:r>
          </w:p>
        </w:tc>
        <w:tc>
          <w:tcPr>
            <w:tcW w:w="2794" w:type="dxa"/>
          </w:tcPr>
          <w:p w14:paraId="32724E79" w14:textId="77777777" w:rsidR="001802C6" w:rsidRDefault="00F5473E">
            <w:r>
              <w:t>Unit IV – Grammar</w:t>
            </w:r>
            <w:r>
              <w:br/>
              <w:t>• Clauses: Noun, Adverb, Adjective</w:t>
            </w:r>
            <w:r>
              <w:br/>
              <w:t>• Sentences: Simple, Compound, Complex</w:t>
            </w:r>
          </w:p>
        </w:tc>
        <w:tc>
          <w:tcPr>
            <w:tcW w:w="2160" w:type="dxa"/>
          </w:tcPr>
          <w:p w14:paraId="66393925" w14:textId="77777777" w:rsidR="001802C6" w:rsidRDefault="00F5473E">
            <w:r>
              <w:t xml:space="preserve">Explanation </w:t>
            </w:r>
            <w:r w:rsidR="0093336F">
              <w:t xml:space="preserve">with </w:t>
            </w:r>
            <w:r>
              <w:t>Sentence Transformation</w:t>
            </w:r>
          </w:p>
        </w:tc>
        <w:tc>
          <w:tcPr>
            <w:tcW w:w="2160" w:type="dxa"/>
          </w:tcPr>
          <w:p w14:paraId="3C521B54" w14:textId="77777777" w:rsidR="001802C6" w:rsidRDefault="00F5473E">
            <w:r>
              <w:t>PPT, Board Work, Worksheets</w:t>
            </w:r>
          </w:p>
        </w:tc>
      </w:tr>
    </w:tbl>
    <w:p w14:paraId="5B4421DF" w14:textId="77777777" w:rsidR="001802C6" w:rsidRDefault="00F5473E" w:rsidP="0093336F">
      <w:r>
        <w:br/>
      </w:r>
    </w:p>
    <w:sectPr w:rsidR="001802C6" w:rsidSect="00102686">
      <w:pgSz w:w="12240" w:h="15840"/>
      <w:pgMar w:top="864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9449163">
    <w:abstractNumId w:val="8"/>
  </w:num>
  <w:num w:numId="2" w16cid:durableId="1286228744">
    <w:abstractNumId w:val="6"/>
  </w:num>
  <w:num w:numId="3" w16cid:durableId="1006440932">
    <w:abstractNumId w:val="5"/>
  </w:num>
  <w:num w:numId="4" w16cid:durableId="1571384339">
    <w:abstractNumId w:val="4"/>
  </w:num>
  <w:num w:numId="5" w16cid:durableId="1942637502">
    <w:abstractNumId w:val="7"/>
  </w:num>
  <w:num w:numId="6" w16cid:durableId="538974707">
    <w:abstractNumId w:val="3"/>
  </w:num>
  <w:num w:numId="7" w16cid:durableId="1324164571">
    <w:abstractNumId w:val="2"/>
  </w:num>
  <w:num w:numId="8" w16cid:durableId="373042544">
    <w:abstractNumId w:val="1"/>
  </w:num>
  <w:num w:numId="9" w16cid:durableId="1889410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2686"/>
    <w:rsid w:val="0015074B"/>
    <w:rsid w:val="001802C6"/>
    <w:rsid w:val="0029639D"/>
    <w:rsid w:val="00297514"/>
    <w:rsid w:val="00326F90"/>
    <w:rsid w:val="00601A7C"/>
    <w:rsid w:val="00623E33"/>
    <w:rsid w:val="0089643A"/>
    <w:rsid w:val="0093336F"/>
    <w:rsid w:val="00AA1D8D"/>
    <w:rsid w:val="00B47730"/>
    <w:rsid w:val="00CB0664"/>
    <w:rsid w:val="00DD0059"/>
    <w:rsid w:val="00F5473E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BC9B71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Riya Allan</cp:lastModifiedBy>
  <cp:revision>2</cp:revision>
  <dcterms:created xsi:type="dcterms:W3CDTF">2026-07-28T04:08:00Z</dcterms:created>
  <dcterms:modified xsi:type="dcterms:W3CDTF">2026-07-28T04:08:00Z</dcterms:modified>
  <cp:category/>
</cp:coreProperties>
</file>